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האלים היווניים המקבילים לאלים הרומיים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התחום שעליו אחראי כל 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(מינרווה)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(מרקוריוס)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(ונוס)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(בקכוס)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(קרס)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מינרווה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מרקוריוס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קרס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אל, שני שמות בשתי 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מינרווה הוא השם הרומי, אתנה הוא השם היווני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השמות שייכים לאותו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ונוס הוא השם הרומי של אפרודיטה, לא של הרמס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מקביל להרמס היווני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פוסידון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בקכוס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מינרווה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יצרו סיפורים על אלים עם שמות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לכל אל יווני היה תחום אחריות, כמו ים, חוכמה או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הרומאים הכירו את האלים היווניים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הרומאים נתנו לאותם אלים שמות חדשים בשפתם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פוסידון/נפטון - אל הים; אתנה/מינרווה - אלת החוכמה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קשרים בין תרבויות, מסחר, כיבושים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מהרשימה: פוסידון-נפטון, אתנה-מינרווה, הרמס-מרקוריוס, אפרודיטה-ונוס, דיוניסוס-בקכוס, דמטר-קרס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היוונים והרומאים הם שתי תרבויות שונות שאימצו אותם אלים עם שמות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התרגיל כמשחק התאמה בזוגות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התפקיד של כל אל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בתרבות היוונית העתיקה היו אלים רבים, ולכל אחד תפקיד משלו. הרומאים אימצו את אותם אלים אך קראו להם בשמות אחרים.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בקכוס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מרקוריוס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דיוניסוס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מינרווה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נפטון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השם הרומי של פוסידון, אל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השם הרומי של אתנה, אלת החוכמה?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האל האחראי על היין והחגיגות אצל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השם הרומי של הרמס, שליח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אלת האהבה והיופי אצל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אפרודיטה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פוסידון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השם הרומי של דמטר, אלת החקלאות?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פוסידון הוא אל הים ביוונית ונפטון הוא שמו הרומי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מינרווה הוא השם היווני של אתנה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בקכוס הוא השם הרומי של דיוניסוס, אל היין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ונוס הוא השם הרומי של הרמס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מרקוריוס הוא שליח האלים אצל הרומאים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אלת האהבה והיופי היוונית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השם הרומי של אפרודיטה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 הים היווני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השם הרומי של דיוניסוס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אלת החקלאות היוונית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השם הרומי של אתנה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הרומאים הכירו את האלים היווניים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יצרו סיפורים על אלים עם שמות משלהם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הרומאים נתנו לאותם אלים שמות חדשים בשפתם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אל יווני היה תחום אחריות, כמו ים, חוכמה או 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זוגות אלים (יווני-רומי) וכתבו על מה כל אל אחראי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שתרבות אחת אימצה את האלים של תרבות אחרת,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השם הרומי של פוסידון?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לאל יווני ולשם הרומי המקביל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לאותם אלים יש שני שמות שונים?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יווני או רומי? אלים יווניים ושמותיהם הרומיים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