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יווני או רומי? אלים יווניים ושמותיהם הרומיים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האלים היווניים המקבילים לאלים הרומיים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התחום שעליו אחראי כל 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שמות יווניים לרומיים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(נפטון)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(מינרווה)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(מרקוריוס)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(ונוס)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(בקכוס)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(קרס)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נפטון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מינרווה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מרקוריוס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אל, שני שמות בשתי תרבויות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מינרווה הוא השם הרומי, אתנה הוא השם היווני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השמות שייכים לאותו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ונוס הוא השם הרומי של אפרודיטה, לא של הרמס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מקביל להרמס היווני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פוסידון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בקכוס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מינרווה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יצרו סיפורים על אלים עם שמות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לכל אל יווני היה תחום אחריות, כמו ים, חוכמה או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הרומאים הכירו את האלים היווניים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הרומאים נתנו לאותם אלים שמות חדשים בשפתם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פוסידון/נפטון - אל הים; אתנה/מינרווה - אלת החוכמה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קשרים בין תרבויות, מסחר, כיבושים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תקין מהרשימה: פוסידון-נפטון, אתנה-מינרווה, הרמס-מרקוריוס, אפרודיטה-ונוס, דיוניסוס-בקכוס, דמטר-קרס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היוונים והרומאים הם שתי תרבויות שונות שאימצו אותם אלים עם שמות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התרגיל כמשחק התאמה בזוגות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התפקיד של כל אל לפני תרגול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יווני או רומי? אלים יווניים ושמותיהם הרומיים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ליוונים הקדמונים היו אלים רבים. לכל אל היה תפקיד. הרומאים לקחו את אותם אלים אבל נתנו להם שמות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סיפורים עתיקים על אלים וגיבורים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פוסידון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הים היווני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אלת החוכמה היוונית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הרמס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 האלים היווני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אפרודיטה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אלת האהבה והיופי היוונית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דיוניסוס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היין והחגיגות היווני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אלת החקלאות היוונית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רומאים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עתיק שאימץ את האלים היווניים ושינה את שמותיהם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בקכוס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הרמס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מינרווה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דיוניסוס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נפטון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מרקוריוס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לפוסידון ברומית?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לאתנה ברומית?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מרקוריוס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אל קשור ליין?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להרמס ברומית?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מרקוריוס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אלת האהבה?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לדמטר ברומית?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פוסידון הוא אל הים ביוונית ונפטון הוא שמו הרומי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מינרווה הוא השם היווני של אתנה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בקכוס הוא השם הרומי של דיוניסוס, אל היין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ונוס הוא השם הרומי של הרמס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מרקוריוס הוא שליח האלים אצל הרומאים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אלת האהבה והיופי היוונית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השם הרומי של אפרודיטה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אל הים היווני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השם הרומי של דיוניסוס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אלת החקלאות היוונית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השם הרומי של אתנה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הרומאים נתנו לאותם אלים שמות חדשים בשפתם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יצרו סיפורים על אלים עם שמות משלהם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אל יווני היה תחום אחריות, כמו ים, חוכמה או אהבה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הרומאים הכירו את האלים היווניים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זוגות אלים (יווני-רומי) וכתבו על מה כל אל אחראי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ייתכן שתרבות אחת אימצה את האלים של תרבות אחרת, לדעתכם?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השם הרומי של פוסידון?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לאל יווני ולשם הרומי המקביל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לאותם אלים יש שני שמות שונים?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יווני או רומי? אלים יווניים ושמותיהם הרומיים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