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יווני או רומי? אלים יווניים ושמותיהם הרומיים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שמות האלים היווניים המקבילים לאלים הרומיים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התחום שעליו אחראי כל 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שמות יווניים לרומיים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(נפטון)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(מינרווה)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(מרקוריוס)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(ונוס)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נפטון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מינרווה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מרקוריוס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אותו אל, שני שמות בשתי תרבויות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מינרווה הוא השם הרומי, אתנה הוא השם היווני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אפרודיטה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פוסידון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יצרו סיפורים על אלים עם שמות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לכל אל יווני היה תחום אחריות, כמו ים, חוכמה או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הרומאים הכירו את האלים היווניים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הרומאים נתנו לאותם אלים שמות חדשים בשפתם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פוסידון/נפטון - אל הים; אתנה/מינרווה - אלת החוכמה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תקין מהרשימה: פוסידון-נפטון, אתנה-מינרווה, הרמס-מרקוריוס, אפרודיטה-ונוס, דיוניסוס-בקכוס, דמטר-קרס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היוונים והרומאים הם שתי תרבויות שונות שאימצו אותם אלים עם שמות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התרגיל כמשחק התאמה בזוגות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התפקיד של כל אל לפני תרגול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skip_n בכיתות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יווני או רומי? אלים יווניים ושמותיהם הרומיים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בתרבות היוונית העתיקה היו אלים רבים, ולכל אחד תפקיד משלו. הרומאים אימצו את אותם אלים אך קראו להם בשמות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ונוס  ·  אפרודיטה  ·  פוסידון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התאמת 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פוסידון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ונוס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מרקוריוס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הרמס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נפטון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אפרודיטה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מינרווה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השם הרומי של פוסידון, אל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בקכוס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השם הרומי של אתנה, אלת החוכמה?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מינרווה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מרקוריוס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השם הרומי של הרמס, שליח האלים?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מרקוריוס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נפטון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בקכוס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פוסידון הוא אל הים ביוונית ונפטון הוא שמו הרומי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מינרווה הוא השם היווני של אתנה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אלת האהבה והיופי היוונית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השם הרומי של אפרודיטה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אל הים היווני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אל יווני היה תחום אחריות, כמו ים, חוכמה או אהבה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הרומאים הכירו את האלים היווניים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הרומאים נתנו לאותם אלים שמות חדשים בשפתם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היוונים יצרו סיפורים על אלים עם שמות משלהם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זוגות אלים (יווני-רומי) וכתבו על מה כל אל אחראי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השם הרומי של פוסידון?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לאל יווני ולשם הרומי המקביל 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יווני או רומי? אלים יווניים ושמותיהם הרומיים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